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1A1A2E"/>
          <w:sz w:val="40"/>
        </w:rPr>
        <w:t>YOUR FULL NAME</w:t>
      </w:r>
    </w:p>
    <w:p>
      <w:pPr>
        <w:spacing w:after="40"/>
      </w:pPr>
      <w:r>
        <w:rPr>
          <w:b w:val="0"/>
          <w:i w:val="0"/>
          <w:color w:val="1F6F9E"/>
          <w:sz w:val="24"/>
        </w:rPr>
        <w:t>Your target job title</w:t>
      </w:r>
    </w:p>
    <w:p>
      <w:pPr>
        <w:spacing w:after="120"/>
      </w:pPr>
      <w:r>
        <w:rPr>
          <w:b w:val="0"/>
          <w:i w:val="0"/>
          <w:color w:val="555F6B"/>
          <w:sz w:val="19"/>
        </w:rPr>
        <w:t>Colombo, Sri Lanka  •  +94 77 123 4567 (WhatsApp)  •  your.name@email.com  •  linkedin.com/in/yourname</w:t>
      </w:r>
    </w:p>
    <w:p>
      <w:pPr>
        <w:spacing w:after="80" w:before="200"/>
        <w:pBdr>
          <w:bottom w:val="single" w:sz="6" w:space="1" w:color="1F6F9E"/>
        </w:pBdr>
      </w:pPr>
      <w:r>
        <w:rPr>
          <w:b/>
          <w:i w:val="0"/>
          <w:color w:val="1F6F9E"/>
          <w:sz w:val="21"/>
        </w:rPr>
        <w:t>PROFILE</w:t>
      </w:r>
    </w:p>
    <w:p>
      <w:pPr>
        <w:spacing w:after="60"/>
      </w:pPr>
      <w:r>
        <w:rPr>
          <w:b w:val="0"/>
          <w:i w:val="0"/>
          <w:sz w:val="21"/>
        </w:rPr>
        <w:t>Write three or four lines here: who you are, your years of experience and main strengths, one or two standout achievements, and the role you want next. Avoid phrases like "hard-working team player" unless you back them up.</w:t>
      </w:r>
    </w:p>
    <w:p>
      <w:pPr>
        <w:spacing w:after="80" w:before="200"/>
        <w:pBdr>
          <w:bottom w:val="single" w:sz="6" w:space="1" w:color="1F6F9E"/>
        </w:pBdr>
      </w:pPr>
      <w:r>
        <w:rPr>
          <w:b/>
          <w:i w:val="0"/>
          <w:color w:val="1F6F9E"/>
          <w:sz w:val="21"/>
        </w:rPr>
        <w:t>WORK EXPERIENCE</w:t>
      </w:r>
    </w:p>
    <w:p>
      <w:pPr>
        <w:spacing w:after="0" w:before="100"/>
      </w:pPr>
      <w:r>
        <w:rPr>
          <w:b/>
          <w:color w:val="1A1A2E"/>
        </w:rPr>
        <w:t>Job Title</w:t>
      </w:r>
      <w:r>
        <w:rPr>
          <w:color w:val="555F6B"/>
        </w:rPr>
        <w:t xml:space="preserve">  |  Company Name  |  Mon YYYY – Present</w:t>
      </w:r>
    </w:p>
    <w:p>
      <w:pPr>
        <w:spacing w:after="40"/>
      </w:pPr>
      <w:r>
        <w:rPr>
          <w:b w:val="0"/>
          <w:i/>
          <w:color w:val="555F6B"/>
          <w:sz w:val="21"/>
        </w:rPr>
        <w:t>One line on what the company does and its size, if it isn't well known.</w:t>
      </w:r>
    </w:p>
    <w:p>
      <w:pPr>
        <w:pStyle w:val="ListBullet"/>
        <w:spacing w:after="40"/>
      </w:pPr>
      <w:r>
        <w:rPr>
          <w:sz w:val="21"/>
        </w:rPr>
        <w:t>Start with a strong verb and a result: "Increased monthly sales by 18% by…"</w:t>
      </w:r>
    </w:p>
    <w:p>
      <w:pPr>
        <w:pStyle w:val="ListBullet"/>
        <w:spacing w:after="40"/>
      </w:pPr>
      <w:r>
        <w:rPr>
          <w:sz w:val="21"/>
        </w:rPr>
        <w:t>Use numbers where you can: customers, budget, team size, time or money saved.</w:t>
      </w:r>
    </w:p>
    <w:p>
      <w:pPr>
        <w:pStyle w:val="ListBullet"/>
        <w:spacing w:after="40"/>
      </w:pPr>
      <w:r>
        <w:rPr>
          <w:sz w:val="21"/>
        </w:rPr>
        <w:t>Three to six bullet points for recent roles, fewer for older ones.</w:t>
      </w:r>
    </w:p>
    <w:p>
      <w:pPr>
        <w:spacing w:after="0" w:before="100"/>
      </w:pPr>
      <w:r>
        <w:rPr>
          <w:b/>
          <w:color w:val="1A1A2E"/>
        </w:rPr>
        <w:t>Previous Job Title</w:t>
      </w:r>
      <w:r>
        <w:rPr>
          <w:color w:val="555F6B"/>
        </w:rPr>
        <w:t xml:space="preserve">  |  Company Name  |  Mon YYYY – Mon YYYY</w:t>
      </w:r>
    </w:p>
    <w:p>
      <w:pPr>
        <w:spacing w:after="40"/>
      </w:pPr>
      <w:r>
        <w:rPr>
          <w:b w:val="0"/>
          <w:i/>
          <w:color w:val="555F6B"/>
          <w:sz w:val="21"/>
        </w:rPr>
        <w:t>One line on the company.</w:t>
      </w:r>
    </w:p>
    <w:p>
      <w:pPr>
        <w:pStyle w:val="ListBullet"/>
        <w:spacing w:after="40"/>
      </w:pPr>
      <w:r>
        <w:rPr>
          <w:sz w:val="21"/>
        </w:rPr>
        <w:t>Achievement with a measurable result.</w:t>
      </w:r>
    </w:p>
    <w:p>
      <w:pPr>
        <w:pStyle w:val="ListBullet"/>
        <w:spacing w:after="40"/>
      </w:pPr>
      <w:r>
        <w:rPr>
          <w:sz w:val="21"/>
        </w:rPr>
        <w:t>Achievement with a measurable result.</w:t>
      </w:r>
    </w:p>
    <w:p>
      <w:pPr>
        <w:spacing w:after="80" w:before="200"/>
        <w:pBdr>
          <w:bottom w:val="single" w:sz="6" w:space="1" w:color="1F6F9E"/>
        </w:pBdr>
      </w:pPr>
      <w:r>
        <w:rPr>
          <w:b/>
          <w:i w:val="0"/>
          <w:color w:val="1F6F9E"/>
          <w:sz w:val="21"/>
        </w:rPr>
        <w:t>EDUCATION</w:t>
      </w:r>
    </w:p>
    <w:p>
      <w:pPr>
        <w:spacing w:after="0"/>
      </w:pPr>
      <w:r>
        <w:rPr>
          <w:b/>
        </w:rPr>
        <w:t>BSc (Hons) Degree Title, Second Class (Upper Division)</w:t>
      </w:r>
      <w:r>
        <w:rPr>
          <w:color w:val="555F6B"/>
        </w:rPr>
        <w:t xml:space="preserve">  |  University Name  |  YYYY</w:t>
      </w:r>
    </w:p>
    <w:p>
      <w:pPr>
        <w:spacing w:after="60"/>
      </w:pPr>
      <w:r>
        <w:rPr>
          <w:b w:val="0"/>
          <w:i/>
          <w:color w:val="555F6B"/>
          <w:sz w:val="21"/>
        </w:rPr>
        <w:t>Final-year project: one line describing it and its result (recent graduates only).</w:t>
      </w:r>
    </w:p>
    <w:p>
      <w:pPr>
        <w:spacing w:after="0"/>
      </w:pPr>
      <w:r>
        <w:rPr>
          <w:b/>
        </w:rPr>
        <w:t>G.C.E. Advanced Level, Stream</w:t>
      </w:r>
      <w:r>
        <w:rPr>
          <w:color w:val="555F6B"/>
        </w:rPr>
        <w:t xml:space="preserve">  |  School Name  |  YYYY</w:t>
      </w:r>
    </w:p>
    <w:p>
      <w:pPr>
        <w:spacing w:after="60"/>
      </w:pPr>
      <w:r>
        <w:rPr>
          <w:b w:val="0"/>
          <w:i/>
          <w:color w:val="555F6B"/>
          <w:sz w:val="21"/>
        </w:rPr>
        <w:t>Subjects and grades. Include only if you're a school leaver or recent graduate.</w:t>
      </w:r>
    </w:p>
    <w:p>
      <w:pPr>
        <w:spacing w:after="80" w:before="200"/>
        <w:pBdr>
          <w:bottom w:val="single" w:sz="6" w:space="1" w:color="1F6F9E"/>
        </w:pBdr>
      </w:pPr>
      <w:r>
        <w:rPr>
          <w:b/>
          <w:i w:val="0"/>
          <w:color w:val="1F6F9E"/>
          <w:sz w:val="21"/>
        </w:rPr>
        <w:t>PROFESSIONAL QUALIFICATIONS</w:t>
      </w:r>
    </w:p>
    <w:p>
      <w:pPr>
        <w:pStyle w:val="ListBullet"/>
        <w:spacing w:after="40"/>
      </w:pPr>
      <w:r>
        <w:rPr>
          <w:sz w:val="21"/>
        </w:rPr>
        <w:t>Qualification name, awarding body, level reached, year (e.g. CIMA Certificate in Business Accounting, 2024)</w:t>
      </w:r>
    </w:p>
    <w:p>
      <w:pPr>
        <w:spacing w:after="80" w:before="200"/>
        <w:pBdr>
          <w:bottom w:val="single" w:sz="6" w:space="1" w:color="1F6F9E"/>
        </w:pBdr>
      </w:pPr>
      <w:r>
        <w:rPr>
          <w:b/>
          <w:i w:val="0"/>
          <w:color w:val="1F6F9E"/>
          <w:sz w:val="21"/>
        </w:rPr>
        <w:t>SKILLS AND LANGUAGES</w:t>
      </w:r>
    </w:p>
    <w:p>
      <w:pPr>
        <w:spacing w:after="60"/>
      </w:pPr>
      <w:r>
        <w:rPr>
          <w:b w:val="0"/>
          <w:i w:val="0"/>
          <w:sz w:val="21"/>
        </w:rPr>
        <w:t>Skills: list the software, tools and technical skills from the job advert that you genuinely have.</w:t>
      </w:r>
    </w:p>
    <w:p>
      <w:pPr>
        <w:spacing w:after="60"/>
      </w:pPr>
      <w:r>
        <w:rPr>
          <w:b w:val="0"/>
          <w:i w:val="0"/>
          <w:sz w:val="21"/>
        </w:rPr>
        <w:t>Languages: English (fluent), Sinhala (native), Tamil (conversational)</w:t>
      </w:r>
    </w:p>
    <w:p>
      <w:pPr>
        <w:spacing w:after="80" w:before="200"/>
        <w:pBdr>
          <w:bottom w:val="single" w:sz="6" w:space="1" w:color="1F6F9E"/>
        </w:pBdr>
      </w:pPr>
      <w:r>
        <w:rPr>
          <w:b/>
          <w:i w:val="0"/>
          <w:color w:val="1F6F9E"/>
          <w:sz w:val="21"/>
        </w:rPr>
        <w:t>REFEREES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Referee Name 1</w:t>
            </w:r>
          </w:p>
          <w:p>
            <w:pPr>
              <w:spacing w:after="0"/>
            </w:pPr>
            <w:r>
              <w:rPr>
                <w:color w:val="555F6B"/>
              </w:rPr>
              <w:t>Job title</w:t>
            </w:r>
          </w:p>
          <w:p>
            <w:pPr>
              <w:spacing w:after="0"/>
            </w:pPr>
            <w:r>
              <w:rPr>
                <w:color w:val="555F6B"/>
              </w:rPr>
              <w:t>Organisation</w:t>
            </w:r>
          </w:p>
          <w:p>
            <w:pPr>
              <w:spacing w:after="0"/>
            </w:pPr>
            <w:r>
              <w:rPr>
                <w:color w:val="555F6B"/>
              </w:rPr>
              <w:t>Phone  •  Email</w:t>
            </w:r>
          </w:p>
        </w:tc>
        <w:tc>
          <w:tcPr>
            <w:tcW w:type="dxa" w:w="4819"/>
          </w:tcPr>
          <w:p>
            <w:r>
              <w:rPr>
                <w:b/>
              </w:rPr>
              <w:t>Referee Name 2</w:t>
            </w:r>
          </w:p>
          <w:p>
            <w:pPr>
              <w:spacing w:after="0"/>
            </w:pPr>
            <w:r>
              <w:rPr>
                <w:color w:val="555F6B"/>
              </w:rPr>
              <w:t>Job title</w:t>
            </w:r>
          </w:p>
          <w:p>
            <w:pPr>
              <w:spacing w:after="0"/>
            </w:pPr>
            <w:r>
              <w:rPr>
                <w:color w:val="555F6B"/>
              </w:rPr>
              <w:t>Organisation</w:t>
            </w:r>
          </w:p>
          <w:p>
            <w:pPr>
              <w:spacing w:after="0"/>
            </w:pPr>
            <w:r>
              <w:rPr>
                <w:color w:val="555F6B"/>
              </w:rPr>
              <w:t>Phone  •  Email</w:t>
            </w:r>
          </w:p>
        </w:tc>
      </w:tr>
    </w:tbl>
    <w:p>
      <w:pPr>
        <w:spacing w:after="160"/>
      </w:pPr>
    </w:p>
    <w:p>
      <w:pPr>
        <w:spacing w:after="60"/>
        <w:jc w:val="center"/>
      </w:pPr>
      <w:r>
        <w:rPr>
          <w:b w:val="0"/>
          <w:i/>
          <w:color w:val="555F6B"/>
          <w:sz w:val="16"/>
        </w:rPr>
        <w:t>Template by CV Factory · cvfconsultants.com · Delete this line, and replace all the guidance text above with your own details.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</dc:title>
  <dc:subject/>
  <dc:creator>CV Factory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